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עמדות, חוקים וערכי ספורט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מונחים ועמדות בסיסיות במשחק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מעולם הספורט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בערכי משחק הוגן וחוסן ולהתנסות בכתיבה טיעונית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עמדות וכללי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90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לכבוש שערים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חוקים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כרטיס אדום משמעו הרחקה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כבוד ליריב הוא חלק מהערכים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חוסן מתבטא גם בהתמודדות עם הפסד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תפקידו לחבר בין שני חלקי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ספורטיביות כוללת גם קבלת הפסד בכבוד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 - 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חלוץ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(עוצר התקפות של היריב)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(מחבר בין 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(מנסה לכבוש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(מנחה ומכין את הקבוצה)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נכנסים למגרש ועורכים חימום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לתחילת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הקבוצות מנסות לכבוש שערים זו בזה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מתרחשת עבירה והשופט מראה כרטיס אזהרה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נשמעת שריקת הסיום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מבנה מכתב מסודר, שימוש נכון במילים מעולם הכדורגל, ביטוי ערך כמו כבוד או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שמות תפקידים נכונים כמו שוער, מגן, קשר או חלוץ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על כבוד ליריב, לשופט או לחברי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רלוונטית מהדף עם הסבר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ההשלמה בעל פה בכיתה לפני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שיחה קצרה על ערך החוסן לפני כתיבת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משימת הכתיבה לעבודה בזוגות כדי לעודד שיח ושיתוף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עמדות, חוקים וערכי ספורט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ורעיונות על כדורגל - איך משחקים, מי משחק איפה, ואיך מתנהגים בכבוד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של השחקן במגרש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ששומר על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שתפקידו לעצור את היריב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שמחבר בין הגנה להתקפה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שמנסה לכבוש שערים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משחק הוגן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לשחק לפי הכללים ובכבוד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קושי או הפסד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צהוב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אזהרה לשחקן שעבר עבירה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עמדות וכללי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משחקים בכל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עומד בשער?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אורך 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מחבר בין ההגנה להתקפה?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החלוץ?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לשפוט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התקפות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לשמור 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לכבוש שערים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חוקים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שמקבל כרטיס אדום ממשיך לשחק כרגיל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הוגן כולל כבוד לשחקני הקבוצה היריבה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ספורטיבי מתבטא רק כשמנצחים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יכול לעזור גם בהגנה וגם בהתקפה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הפסד בכבוד הוא חלק מהערכים שהמשחק מלמד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 -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מנסה למנוע מהקבוצה היריבה לכבוש 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שחקן עובר עבירה קשה השופט יכול להראות לו כרטיס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עומד בשער ומנסה לעצור את הכדור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תחילת המשחק שתי הקבוצות __________ ידיים לאות 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השחקן שתפקידו לכבוש שערים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מחבר בין 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עוצר התקפות של היריב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מנחה ומכין את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מנסה לכבוש שערים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מנסות לכבוש שערים זו בזה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מתרחשת עבירה והשופט מראה כרטיס אזהרה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לתחילת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נשמעת שריקת הסיום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נכנסים למגרש ועורכים חימום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למאמן או למאמנת הקבוצה שבו תספרו על רגע משמעותי במשחק ועל מה שלמדתם ממנו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תפקידים שונים במגרש הכדורגל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ספורטיביות?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שלמדתם היום מעולם הכדורגל והסבירו אותה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עמדות, חוקים וערכי ספורט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