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כדורגל – עמדות, חוקים וערכי ספורט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מונחים ועמדות בסיסיות במשחק הכדורגל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אוצר מילים מעולם הספורט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לדון בערכי משחק הוגן וחוסן ולהתנסות בכתיבה טיעונית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עמדות וכללי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שוער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קשר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 - חוקים וערכים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כבוד ליריב הוא חלק מהערכים של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תפקידו לחבר בין שני חלקי המשחק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חסר - אוצר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מגן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שוער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מילה ופירוש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(שומר על השער)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(עוצר התקפות של היריב)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(מנסה לכבוש שערים)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האירועים במשחק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השחקנים נכנסים למגרש ועורכים חימום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הקבוצות מנסות לכבוש שערים זו בזה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נשמעת שריקת הסיום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מבנה מכתב מסודר, שימוש נכון במילים מעולם הכדורגל, ביטוי ערך כמו כבוד או חוסן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שמות תפקידים נכונים כמו שוער, מגן, קשר או חלוץ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על כבוד ליריב, לשופט או לחברי הקבוצה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מילה רלוונטית מהדף עם הסבר מדויק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לבצע את חלק ההשלמה בעל פה בכיתה לפני העבודה האישית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לקיים שיחה קצרה על ערך החוסן לפני כתיבת המכתב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את משימת הכתיבה לעבודה בזוגות כדי לעודד שיח ושיתוף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כדורגל – עמדות, חוקים וערכי ספורט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את מה שלמדנו על כדורגל - המגרש, העמדות, החוקים והערכים שהמשחק מלמד אותנו, כמו כבוד והתמודדות עם הפסד.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שוער  ·  מגן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עמדות וכללי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אחראי לשמור על השער?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שוער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תפקיד מחבר בין הגנה להתקפה?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שוער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קשר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 - חוקים וערכים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משחק הוגן כולל כבוד לשחקני הקבוצה היריבה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קשר יכול לעזור גם בהגנה וגם בהתקפה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חסר - אוצר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ה__________ מנסה למנוע מהקבוצה היריבה לכבוש שער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ה__________ עומד בשער ומנסה לעצור את הכדור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- מילה ופירוש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שוער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עוצר התקפות של היריב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מגן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מנסה לכבוש שערים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חלוץ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שומר על השער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האירועים במשחק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הקבוצות מנסות לכבוש שערים זו בזה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נשמעת שריקת הסיום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השחקנים נכנסים למגרש ועורכים חימום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מכתב קצר למאמן או למאמנת הקבוצה שבו תספרו על רגע משמעותי במשחק ועל מה שלמדתם ממנו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ציינו שני תפקידים שונים במגרש הכדורגל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ספורטיביות? תנו דוגמה אחת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כדורגל – עמדות, חוקים וערכי ספורט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